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UNIVERSITY NAME</w:t>
      </w:r>
    </w:p>
    <w:p>
      <w:pPr>
        <w:jc w:val="center"/>
      </w:pPr>
      <w:r>
        <w:rPr>
          <w:b/>
          <w:sz w:val="44"/>
        </w:rPr>
        <w:t>MASTER THESIS</w:t>
      </w:r>
    </w:p>
    <w:p>
      <w:pPr>
        <w:jc w:val="center"/>
      </w:pPr>
      <w:r>
        <w:rPr>
          <w:b/>
          <w:sz w:val="36"/>
        </w:rPr>
        <w:t>Document title</w:t>
      </w:r>
    </w:p>
    <w:p>
      <w:pPr>
        <w:jc w:val="center"/>
      </w:pPr>
      <w:r>
        <w:t>Student name</w:t>
        <w:br/>
        <w:t>Supervisor name</w:t>
        <w:br/>
        <w:t>Academic year</w:t>
      </w:r>
    </w:p>
    <w:p>
      <w:r>
        <w:br w:type="page"/>
      </w:r>
    </w:p>
    <w:p>
      <w:pPr>
        <w:pStyle w:val="Heading1"/>
      </w:pPr>
      <w:r>
        <w:t>Résumé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Abstract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Dédicace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Remerciements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Introduction générale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1: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2: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3: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4: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Conclusion générale</w:t>
      </w:r>
    </w:p>
    <w:p>
      <w:pPr>
        <w:jc w:val="both"/>
      </w:pPr>
      <w:r>
        <w:t>Replace this paragraph with your conclusion.</w:t>
      </w:r>
    </w:p>
    <w:p>
      <w:pPr>
        <w:pStyle w:val="Heading1"/>
      </w:pPr>
      <w:r>
        <w:t>Bibliographie</w:t>
      </w:r>
    </w:p>
    <w:p>
      <w:pPr>
        <w:jc w:val="both"/>
      </w:pPr>
      <w:r>
        <w:t>[1] Add your references using the required citation style.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  <w:ind w:firstLine="731"/>
    </w:pPr>
    <w:rPr>
      <w:rFonts w:ascii="Garamond" w:hAnsi="Garamond" w:eastAsia="Garamond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aramond" w:hAnsi="Garamond" w:eastAsia="Garamond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aramond" w:hAnsi="Garamond" w:eastAsia="Garamond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aramond" w:hAnsi="Garamond" w:eastAsia="Garamond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